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כתבה בעברית קלה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 טקסט חדשותי ומבנה של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ולזהות 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לסכם כתבה בקצרה ולנסח טיעון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אוכל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תוצאה שנמדדה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אולי מראה שזו השערה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בכתבה נכתב שהן עשו זאת בלי פרס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(שטח סגור לניסוי)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(משהו טוב שמקבלים על מעשה)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שמרגישים, כמו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שאפשר לבדוק ולמדוד)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קריאת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הכותרת וכותרת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מפעילים ידע קודם וחושבים מה כבר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הכתבה פעם ראשונה להבנה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שוב ומסמנים עובדות, דעות וקשרים לוגיים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עוסקת בניסוי שבדק אם דבורים משחקות. החוקרים גילו שדבורים עצרו לגלגל כדורים בלי פרס, ושדבורים צעירות שיחקו יותר. זה חשוב כי זה רומז שלחרקים אולי יש רגשות פשוטים.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לתוכן הכתבה (משחק, ניסוי, דבורים צעירות)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זירה, ניסוי, פרס או קשר כמו אבל,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לנושא הניסוי או 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בכיתה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להצביע על מילות הקישור כי, אבל, לכן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לאפשר דיון זוגי קצר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כתבה בעברית קלה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נתרגל קריאה מעמיקה של כתבה קצרה על ניסוי מדעי בדבורים, נזהה עובדות ודעות, קשרים לוגיים, ונכתוב סיכום וטיעון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פרס  ·  זירה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בדקו החוקרים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אם דבורים אוהבות פרחים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אם דבורים חיות בכוורת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בצד השני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 מתוק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"דבורים צעירות גלגלו כדורים יותר מדבורים מבוגרות" הוא עובדה שנמדדה בניסוי.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"אולי גם לחרקים יש רגשות פשוטים" הוא עובדה ודאית.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קיבלו פרס על גלגול הכדורים.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מילים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שטח סגור לניסוי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הדבורים גלגלו כדורים בלי לקבל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שמרגישים, כמו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שאפשר לבדוק ולמדוד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משהו טוב שמקבלים על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שטח סגור לניסוי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קריאת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הכתבה פעם ראשונה להבנה כללית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שוב ומסמנים עובדות, דעות וקשרים לוגיים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הכותרת וכותרת המשנה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מפעילים ידע קודם וחושבים מה כבר יודעים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סיכום של הכתבה בשלושה משפטים: פתיחה, עיקר וסיום.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למדתם על דבורים מהכתבה?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או קשר לוגי חדש שפגשתם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כתבה בעברית קלה -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