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כתבה בשבוע – חדשות בעברית קלה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קריאת כתבה בעברית קלה - דבורים שמשחקות בכדור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סוג טקסט חדשותי ומבנה של כתבה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עובדה לדעה ולזהות קשרים לוגיים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לסכם כתבה בקצרה ולנסח טיעון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אם דבורים משחקות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אוכל מתוק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דבורים צעירות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כתבת מדע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צריך עוד ניסויים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עובדה או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תוצאה שנמדדה בפועל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המילה אולי מראה שזו השערה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בכתבה נכתב שהן עשו זאת בלי פרס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הכתבה אומרת שצריך עוד ניסויים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זו עובדה המתוארת בכתבה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מילים וקשרים לוגיים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זירה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פרס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אבל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ניסוי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(שטח סגור לניסוי)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(משהו טוב שמקבלים על מעשה)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(מה שמרגישים, כמו שמחה)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(דבר שאפשר לבדוק ולמדוד)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(מחשבה שלא תמיד ודאית)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קריאת 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את הכותרת וכותרת המשנה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מפעילים ידע קודם וחושבים מה כבר יודעים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קוראים את הכתבה פעם ראשונה להבנה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קוראים שוב ומסמנים עובדות, דעות וקשרים לוגיים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כותבים סיכום קצר של שלושה משפטים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וטיעון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הכתבה עוסקת בניסוי שבדק אם דבורים משחקות. החוקרים גילו שדבורים עצרו לגלגל כדורים בלי פרס, ושדבורים צעירות שיחקו יותר. זה חשוב כי זה רומז שלחרקים אולי יש רגשות פשוטים.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כותרת קצרה ומושכת שקשורה לתוכן הכתבה, עם נימוק קצר.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הקשורה לתוכן הכתבה (משחק, ניסוי, דבורים צעירות)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מילה כמו זירה, ניסוי, פרס או קשר כמו אבל, לכן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שאלה רלוונטית לנושא הניסוי או לדבורים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ההקראה בכיתה לפני הקריאה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להצביע על מילות הקישור כי, אבל, לכן בטקסט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לאפשר דיון זוגי קצר לפני כתיבה אישית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כתבה בשבוע – חדשות בעברית קלה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קריאת כתבה בעברית קלה - דבורים שמשחקות בכדור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נקרא כתבה קצרה על דבורים שמשחקות. נלמד להבדיל בין עובדה לדעה, ונכתוב משפטים קצרים על הכתבה.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זירה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שטח סגור לניסוי או לתחרות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משהו טוב שמקבלים על מעשה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רגשות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שמרגישים, כמו שמחה או פחד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ניסוי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בדיקה מתוכננת כדי לגלות משהו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עובדה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שקרה או נמדד, אפשר לבדוק אותו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דעה / השערה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מחשבה או ניחוש, לא תמיד ודאי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קשר לוגי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שמחברת רעיונות, כמו כי או אבל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כותרת משנה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קצר מתחת לכותרת שמוסיף מידע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הכתבה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רצו לבדוק החוקרים?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אם דבורים אוהבות פרחים צבעוניים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אם דבורים משחקות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אם דבורים חיות בכוורת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אם דבורים עובדות קשה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חיכה לדבורים בקצה הזירה?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פרחים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אוכל מתוק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אילו דבורים שיחקו יותר?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דבורים מבוגרות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דבורים צעירות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דבורים מהכוורת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 הדבורים באותה מידה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מהו סוג הכתבה?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כתבת 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ראיון אישי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כתבת מדע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כתבת ספורט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דעת החוקרים על הצורך בהמשך המחקר?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זה ההוכחה הסופית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צריך עוד ניסויים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הניסוי טעה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טעם להמשיך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ה. Z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עובדה או 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המשפט "דבורים צעירות גלגלו כדורים יותר מדבורים מבוגרות" הוא עובדה שנמדדה בניסוי.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המשפט "אולי גם לחרקים יש רגשות פשוטים" הוא עובדה ודאית.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הדבורים קיבלו פרס על גלגול הכדורים.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הכתבה אומרת בוודאות שלדבורים יש רגשות.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החוקרים בנו זירה גדולה לניסוי.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מילים וקשרים לוגיים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שטח סגור לניסוי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הדבורים גלגלו כדורים בלי לקבל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המילה __________ מראה ניגוד בין מה שהדבורים יכלו לעשות למה שהן עשו בפועל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בדיקה מתוכננת כדי לגלות משהו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דבורים צעירות שיחקו __________ מדבורים מבוגרות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זירה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דבר שאפשר לבדוק ולמדוד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פרס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מה שמרגישים, כמו שמחה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רגשות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משהו טוב שמקבלים על מעשה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עובדה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מחשבה שלא תמיד ודאית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דעה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שטח סגור לניסוי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קריאת כתבה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מפעילים ידע קודם וחושבים מה כבר יודעים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את הכתבה פעם ראשונה להבנה כללית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סיכום קצר של שלושה משפטים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את הכותרת וכותרת המשנה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שוב ומסמנים עובדות, דעות וקשרים לוגיים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וטיעון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סיכום של הכתבה בשלושה משפטים: פתיחה, עיקר וסיום.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הציעו כותרת חלופית לכתבה ונמקו למה היא מתאימה.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למדתם על דבורים מהכתבה?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אחת או קשר לוגי חדש שפגשתם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אילו שאלות נשארו לכם אחרי הקריאה?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קריאת כתבה בעברית קלה - דבורים שמשחקות בכדור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