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כתבה בעברית קלה -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 טקסט חדשותי ומבנה של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 ולזהות קשרים 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לסכם כתבה בקצרה ולנסח טיעון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אם דבורים משחקות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אוכל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דבורים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כתבת מדע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צריך עוד ניסויים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עובדה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תוצאה שנמדדה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המילה אולי מראה שזו השערה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בכתבה נכתב שהן עשו זאת בלי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הכתבה אומרת שצריך עוד ניסויים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עובדה המתוארת בכתבה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מילים וקשרים לוגיים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ניסוי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(שטח סגור לניסוי)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(משהו טוב שמקבלים על מעשה)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שמרגישים, כמו 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(דבר שאפשר לבדוק ולמדוד)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(מחשבה שלא תמיד ודאית)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קריאת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הכותרת וכותרת המשנה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מפעילים ידע קודם וחושבים מה כבר יודעים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הכתבה פעם ראשונה להבנה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שוב ומסמנים עובדות, דעות וקשרים לוגיים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סיכום קצר של שלושה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הכתבה עוסקת בניסוי שבדק אם דבורים משחקות. החוקרים גילו שדבורים עצרו לגלגל כדורים בלי פרס, ושדבורים צעירות שיחקו יותר. זה חשוב כי זה רומז שלחרקים אולי יש רגשות פשוטים.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כותרת קצרה ומושכת שקשורה לתוכן הכתבה, עם נימוק קצר.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לתוכן הכתבה (משחק, ניסוי, דבורים צעירות)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זירה, ניסוי, פרס או קשר כמו אבל, לכן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רלוונטית לנושא הניסוי או לדבורים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ההקראה בכיתה לפני הקריאה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להצביע על מילות הקישור כי, אבל, לכן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לאפשר דיון זוגי קצר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כתבה בעברית קלה -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נתרגל קריאה מעמיקה של כתבה קצרה על ניסוי מדעי בדבורים, נזהה עובדות ודעות, קשרים לוגיים, ונכתוב סיכום וטיעון קצר.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בדקו החוקרים בניסוי?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דבורים אוהבות פרחים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דבורים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דבורים חיות בכוורת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 דבורים עובדות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בצד השני של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גלגל כדורים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 מבוגרות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דבורים צעירות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דבורים מהכוורת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הדבורים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סוג טקסט הכי מתאים לכתבה?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כתבת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כתבת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החוקרים אומרים על הניסוי?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ההוכחה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עוד ניסויים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הניסוי טעה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טעם להמשיך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ה. Z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עובדה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"דבורים צעירות גלגלו כדורים יותר מדבורים מבוגרות" הוא עובדה שנמדדה בניסוי.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"אולי גם לחרקים יש רגשות פשוטים" הוא עובדה ודאית.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קיבלו פרס על גלגול הכדורים.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הכתבה אומרת בוודאות שלדבורים יש רגשות.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בנו זירה גדולה לניסוי.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מילים וקשרים 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שטח סגור לניסוי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הדבורים גלגלו כדורים בלי לקבל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__________ מראה ניגוד בין מה שהדבורים יכלו לעשות למה שהן עשו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בדיקה מתוכננת כדי לגלות משהו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דבורים צעירות שיחקו __________ מדבורים מבוגרות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שאפשר לבדוק ולמדוד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מחשבה שלא תמיד ודאית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משהו טוב שמקבלים על מעשה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שמרגישים, כמו 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שטח סגור לניסוי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קריאת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שוב ומסמנים עובדות, דעות וקשרים לוגיים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הכותרת וכותרת המשנה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מפעילים ידע קודם וחושבים מה כבר יודעים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סיכום קצר של שלושה משפטים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הכתבה פעם ראשונה להבנה כללית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סיכום של הכתבה בשלושה משפטים: פתיחה, עיקר וסיום.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כותרת חלופית לכתבה ונמקו למה היא מתאימה.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על דבורים מהכתבה?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או קשר לוגי חדש שפגשתם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שאלות נשארו לכם אחרי הקריאה?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קריאת כתבה בעברית קלה - דבורים שמשחקות בכדור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